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תרבות וחברה: עולמקומיות</w:t>
      </w:r>
    </w:p>
    <w:p>
      <w:pPr>
        <w:bidi w:val="1"/>
        <w:spacing w:after="8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🚀 ז׳ רגיל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אותו המבורגר בכל העולם? לא בדיוק – ככה גלובלי פוגש מקומי.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האחדה תרבותית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תהליך שבו תרבויות שונות נעשות דומות זו לזו בלבוש, במוזיקה, במאכלים ובשפה.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בני נוער בכל העולם לובשים ג׳ינס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אמריקניזציה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כינוי להתפשטות סגנון חיים, סרטים, מוזיקה ומותגים שמקורם בארצות הברית לתרבויות אחרות.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סרטים ושירים באנגלית בכל המדינות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תרבות צריכה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אורח חיים שבו אנשים קונים הרבה, מחליפים מוצרים לעיתים קרובות ורואים בקניות בילוי.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להחליף טלפון כל שנה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מותג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 וסמל שמזהים מוצר או חברה, ולעיתים חשובים לקונים יותר מהמוצר עצמו.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סמל קטן על נעל ספורט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עולמקומיות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שילוב של גלובלי ומקומי: מוצר או רעיון עולמי שמותאם לתרבות, לטעם ולמנהגים של המקום.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סניף מזון מהיר כשר שסגור בשבת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בידול מרחבי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התרכזות של קהילה באזור אחד, עם חנויות, מבני דת ושלטים בשפתה, ששומרת על ייחודה.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רובע עם שלטים בשפה של הקהילה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זהות מקומית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 שמייחד מקום או קהילה: שפה, מסורת, אוכל, מוזיקה ומנהגים.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מאכל מסורתי שמבשלים רק אצלנו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שאלון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כלי מחקר: רשימת שאלות קבועה שעונים עליה אנשים רבים, כדי להשוות ולהסיק מסקנות.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שאלון כיתתי על שירים אהובים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גלובלי ומקומי – באותו רחוב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טיילו ברחוב מרכזי בעיר גדולה כלשהי, ותמצאו דברים מוכרים: אותם ג׳ינסים, אותם שירים, אותן רשתות מזון וקפה ואותן מילים באנגלית על השלטים. התופעה נקראת האחדה תרבותית – תרבויות נעשות דומות זו לזו, בעיקר בערים ובקרב בני נוער. מכיוון שחלק גדול מהסרטים, מהמוזיקה ומהמותגים יצא מארצות הברית, יש המכנים אותה ״אמריקניזציה״.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חלק מההאחדה הוא תרבות צריכה: אנשים קונים הרבה, מחליפים בגדים וטלפונים לעיתים קרובות ורואים בקניות בילוי. המותג – השם והסמל של מוצר – הופך לפעמים לחשוב יותר מהמוצר עצמו. פרסומות, רשתות חברתיות וקניונים זהים מחזקים את התרבות הזאת.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אבל העולם לא נעשה אחיד לגמרי. רשתות מזון בינלאומיות מתאימות את עצמן למקום: בהודו מוגש המבורגר צמחוני מתפוחי אדמה ואפונה, ובישראל יש סניפים כשרים שסגורים בשבת. השילוב הזה נקרא עולמקומיות – מילה שמחברת ״עולמי״ ו״מקומי״.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במקביל, קהילות רבות מחזקות את מה שמייחד אותן. בערים יש רבעים שבהם גרים בני קהילה אחת, עם חנויות, מבני דת ושלטים בשפתם – זהו בידול מרחבי. יש הרואים במפגש עם התרבות העולמית פתיחות והזדמנות, ויש החוששים לאבד מסורת ושפה. כדי להבין את הדעות אפשר לערוך שאלון ולהקשיב לכל הצדדים.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האחדה תרבותית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תהליך שבו תרבויות שונות נעשות דומות זו לזו בלבוש, במוזיקה, במאכלים ובשפה.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אמריקניזציה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כינוי להתפשטות סגנון חיים, סרטים, מוזיקה ומותגים שמקורם בארצות הברית לתרבויות אחרות.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תרבות צריכה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אורח חיים שבו אנשים קונים הרבה, מחליפים מוצרים לעיתים קרובות ורואים בקניות בילוי.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מותג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שם וסמל שמזהים מוצר או חברה, ולעיתים חשובים לקונים יותר מהמוצר עצמו.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עולמקומיות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שילוב של גלובלי ומקומי: מוצר או רעיון עולמי שמותאם לתרבות, לטעם ולמנהגים של המקום.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בידול מרחבי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ו. התרכזות של קהילה באזור אחד, עם חנויות, מבני דת ושלטים בשפתה, ששומרת על ייחודה.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F6FDE"/>
          <w:sz w:val="23"/>
          <w:rtl w:val="1"/>
          <w:bCs/>
          <w:szCs w:val="23"/>
        </w:rPr>
        <w:t>מחסן מילים: בידול מרחבי   ·   עולמקומיות   ·   זהות מקומית   ·   שאלון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שאלון כיתתי על שירים אהובים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מאכל מסורתי שמבשלים רק אצלנו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רובע עם שלטים בשפה של הקהילה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4. סניף מזון מהיר כשר שסגור בשבת – זו דוגמה ל־______________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מדוע יש המכנים את ההאחדה התרבותית ״אמריקניזציה״?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כל העולם עבר לגור באמריקה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חלק גדול מהסרטים, המוזיקה והמותגים יצא מארצות הברית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אנגלית היא השפה היחידה בעולם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אמריקה היא היבשת הגדולה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מאפיין תרבות צריכה?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קונים מעט ומתקנים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מגדלים אוכל לבד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קונים הרבה, מחליפים מוצרים מהר ורואים בקניות בילוי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לא משתמשים בכסף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הקשר בין עולמקומיות להמבורגר הצמחוני בהודו?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רשת עולמית התאימה את עצמה למנהגים מקומיים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זה מאכל שהומצא בהודו בלבד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זה מראה שאין גלובליזציה בהודו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אין קשר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מהו בידול מרחבי?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כל השכונות נראות אותו דבר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מעבר של כולם לפרברים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בניית קניונים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קהילה שמתרכזת באזור ושומרת על ייחודה במרחב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מדוע שאלון הוא כלי טוב לבדיקת עמדות בכיתה?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הוא מכריע מי צודק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כולם עונים על אותן שאלות, ואפשר להשוות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הוא מחליף את המורה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הוא תמיד קצר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האחדה תרבותית בולטת בעיקר בערים ובקרב בני נוער.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עולמקומיות פירושה שתרבות מקומית נעלמת לגמרי.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בידול מרחבי מתבטא בשלטים בשפות שונות ובמבני דת.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כל מי שחושש מהתרבות הגלובלית טועה.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חפשו ביישוב שלכם שתי דוגמאות לעולמקומיות והסבירו מה גלובלי ומה מקומי בכל אחת.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חברו שלוש שאלות לשאלון כיתתי על השפעת התרבות העולמית על חייכם.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הציגו את עמדתו של סבא שחושש לאבד מסורת ואת עמדתה של נכדה שאוהבת תרבות עולמית. מה יכול לחבר ביניהם?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תרבות וחברה: עולמקומיות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ההבדל בין האחדה תרבותית לעולמקומיות: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דוגמה לבידול מרחבי שראיתי: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שאלה טובה לשאלון: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תרבות וחברה: עולמקומיות – חוברת תלמיד – ז׳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