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תרבות וחברה: עולמקומיות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האחדה תרבותית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אמריקניזציה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תרבות צריכה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מותג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עולמקומיות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שאלון כיתתי על שירים אהובים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שאלון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מאכל מסורתי שמבשלים רק אצלנו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זהות מקומית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רובע עם שלטים בשפה של הקהילה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בידול מרחבי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זה האחדה תרבותית?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תרבויות שונות נעשות דומות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כשרואים אותם בגדים ושירים בכל העולם – זו האחדה.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איזו דוגמה היא עולמקומיות?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סניף מזון מהיר כשר בישראל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רשת עולמית התאימה את עצמה למנהגי המקום.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למה בהודו מוכרים המבורגר צמחוני?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כי רבים בהודו לא אוכלים בשר בקר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הרשת מתאימה את התפריט למנהגים המקומיים.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יש בשכונה של קהילה ששומרת על ייחודה?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שלטים בשפה שלה וחנויות משלה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זה נקרא בידול מרחבי.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זה מותג?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שם וסמל של מוצר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מותג הוא השם והסמל שמזהים מוצר.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בהרבה ערים בעולם שומעים אותם שירים.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זו האחדה תרבותית.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רשתות עולמיות אף פעם לא משנות את התפריט.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רשתות רבות משנות את התפריט כדי שיתאים למקום.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כל האנשים חושבים שהתרבות העולמית טובה.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 ששמחים עליה, ויש שחוששים לאבד את המסורת.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שאלון הוא דף שאלות שהרבה אנשים עונים עליו.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כך משווים תשובות ומסיקים מסקנות.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כתבו דבר אחד עולמי ודבר אחד מקומי שיש בבית או ברחוב שלכם.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עולמי: נעלי ספורט שיש לכל הילדים בעולם. מקומי: המאפייה של השכונה שאופה חלות בשישי.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איזה מאכל מיוחד יש במשפחה או בקהילה שלכם?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אצלנו מבשלים מרק מיוחד של סבתא בחגים, כי זה מתכון שעבר במשפחה הרבה שנים.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האחדה תרבותית היא... · דוגמה לעולמקומיות: ... · משהו מקומי שאני אוהב: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האחדה תרבותית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אמריקניזציה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תרבות צריכה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מותג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עולמקומיות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בידול מרחבי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שאלון כיתתי על שירים אהובים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שאלון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מאכל מסורתי שמבשלים רק אצלנו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זהות מקומית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רובע עם שלטים בשפה של הקהילה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בידול מרחבי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סניף מזון מהיר כשר שסגור בשבת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עולמקומיות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מדוע יש המכנים את ההאחדה התרבותית ״אמריקניזציה״?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חלק גדול מהסרטים, המוזיקה והמותגים יצא מארצות הברית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ההשפעה התרבותית של ארצות הברית הייתה חזקה במיוחד.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מאפיין תרבות צריכה?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קונים הרבה, מחליפים מוצרים מהר ורואים בקניות בילוי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הקנייה עצמה הופכת לחלק מהבילוי.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הקשר בין עולמקומיות להמבורגר הצמחוני בהודו?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רשת עולמית התאימה את עצמה למנהגים מקומיים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עולמי + התאמה מקומית = עולמקומיות.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מהו בידול מרחבי?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קהילה שמתרכזת באזור ושומרת על ייחודה במרחב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רואים את הייחוד בשלטים, בחנויות ובמבני הדת.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מדוע שאלון הוא כלי טוב לבדיקת עמדות בכיתה?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כולם עונים על אותן שאלות, ואפשר להשוות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שאלות קבועות מאפשרות לסכם ולהשוות תשובות.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האחדה תרבותית בולטת בעיקר בערים ובקרב בני נוער.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הם חשופים יותר לרשתות ולתרבות העולמית.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עולמקומיות פירושה שתרבות מקומית נעלמת לגמרי.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עולמקומיות היא שילוב: העולמי מותאם למקומי.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בידול מרחבי מתבטא בשלטים בשפות שונות ובמבני דת.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כך הקהילה ״מסמנת״ את המרחב שלה.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כל מי שחושש מהתרבות הגלובלית טועה.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לחשש יש סיבות – אובדן מסורת ושפה – וגם לו ראוי להקשיב.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חפשו ביישוב שלכם שתי דוגמאות לעולמקומיות והסבירו מה גלובלי ומה מקומי בכל אחת.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פיצרייה שמוכרת פיצה עם זעתר – הפיצה גלובלית, הזעתר מקומי. 2. שיר פופ בעברית עם מקצב עולמי – הסגנון גלובלי, השפה והמילים מקומיות.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חברו שלוש שאלות לשאלון כיתתי על השפעת התרבות העולמית על חייכם.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באיזו שפה רוב השירים שאתם שומעים? 2. כמה פעמים בחודש אתם אוכלים ברשת מזון בינלאומית? 3. האם לדעתכם חשוב לשמור על מאכלים ומנהגים משפחתיים? למה?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הציגו את עמדתו של סבא שחושש לאבד מסורת ואת עמדתה של נכדה שאוהבת תרבות עולמית. מה יכול לחבר ביניהם?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הסבא חושש שהשפה והמנהגים יישכחו. הנכדה רואה בתרבות העולמית פתיחות וחיבור לחברים. מה שיכול לחבר: לבשל יחד מאכל משפחתי ולצלם סרטון שמשתפים בעולם – שילוב של מסורת ועולם.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ההבדל בין האחדה תרבותית לעולמקומיות: ... · דוגמה לבידול מרחבי שראיתי: ... · שאלה טובה לשאלון: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האחדה תרבותית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אמריקניזציה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תרבות צריכה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מותג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עולמקומיות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בידול מרחבי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זהות מקומית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שאלון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שאלון כיתתי על שירים אהובים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שאלון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מאכל מסורתי שמבשלים רק אצלנו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זהות מקומית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רובע עם שלטים בשפה של הקהילה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בידול מרחבי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סניף מזון מהיר כשר שסגור בשבת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עולמקומיות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מהי ״עולמקומיות בכיוון ההפוך״?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מאכל או סגנון מקומי שהופך לגלובלי ומשתנה בדרך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המקומי מתפשט לעולם ומותאם למקומות חדשים.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מבטא המשפט ״הצרכן קונה את הסמל יותר מאת המוצר״?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המותג מעניק זהות ומעמד, ולכן חשוב לקונה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בתרבות הצריכה המותג משמש גם כסמל חברתי.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מבדיל בידול מרחבי מהאחדה תרבותית?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בידול משמר ייחוד של קהילה במרחב, והאחדה מטשטשת הבדלים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שני התהליכים מתרחשים במקביל בעיר הגלובלית.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מבין אלה הוא כלל חשוב בחיבור שאלון?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לנסח שאלות ניטרליות ולבחור מדגם מגוון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כך התוצאות אמינות יותר.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איזו תגובה של רחוב השווקים לקניון היא דוגמה לחיזוק הזהות המקומית?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טיפוח הרחוב כאטרקציה ״אותנטית״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הייחוד המקומי הופך ליתרון בעולם אחיד.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כיום רק ארצות הברית משפיעה על התרבות העולמית.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גם מוקדים תרבותיים אחרים, למשל במזרח אסיה, משפיעים כיום בעולם.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עולמקומיות יכולה להיות אסטרטגיה עסקית של רשתות בינלאומיות.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התאמה למקום מגדילה את מספר הלקוחות.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שאלון בכיתה אחת מייצג תמיד את כל הציבור.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מדגם קטן אינו מייצג את כלל הציבור; יש להיזהר בהכללות.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בידול מרחבי מתרחש גם בתוך ערים גלובליות.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 – רבעים של קהילות משמרים זהות בתוך העיר.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נתחו את מקרה רחוב השווקים מנקודות המבט של בעל דוכן ותיק, צעירה מהשכונה ומתכננת העיר.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בעל הדוכן: אובדן הכנסה ופגיעה במסורת שבנה. הצעירה: נוחות, מגוון ומפגש חברתי בקניון, אך גם געגוע לריחות הרחוב. המתכננת: איזון – לחזק את הרחוב כמוקד תרבות ותיירות לצד הקניון, למשל בפסטיבל אוכל ובשילוט רב-לשוני.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״הגלובליזציה הורגת תרבויות מקומיות.״ הציגו ראיה שתומכת בטענה וראיה שמחלישה אותה, וכתבו מסקנה.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תומכת: שפות קטנות נעלמות וחנויות מקומיות נסגרות מול רשתות. מחלישה: עולמקומיות ובידול מרחבי מראים שהמקומי מסתגל ואף מתפשט לעולם. מסקנה: הגלובליזציה משנה את התרבויות, אך לא בהכרח מוחקת אותן.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האחדה תרבותית בקרב בני נוער לבין זו בקרב מבוגרים ביישובכם: מה עשוי להסביר את ההבדל?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בני נוער חשופים יותר לרשתות חברתיות, למוזיקה ולסדרות בשפה זרה, ולכן מאמצים מהר סגנונות עולמיים. מבוגרים קשורים יותר לשגרה, לקהילה ולמנהגים שגדלו עליהם. גם שפה ורקע משפחתי משפיעים.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תכננו וערכו שאלון קצר (6–8 שאלות) ל-20 אנשים בשתי קבוצות גיל על מוזיקה, אוכל, לבוש ושפה. הציגו את הממצאים בגרף, וכתבו מסקנה: היכן ניכרת האחדה, היכן עולמקומיות והיכן בידול. ציינו שתי מגבלות של המחקר.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דוגמת ממצאים: בני נוער – רוב השירים בשפה זרה ורוב הבגדים מרשתות; מבוגרים – יותר מוזיקה בעברית ומאכלים משפחתיים. עולמקומיות: שני הדורות אוהבים מאכלים עולמיים בגרסה מקומית. בידול: משפחות ששומרות על שפת המוצא. מגבלות: מדגם קטן ולא מייצג, ושאלות שעלולות להיות מובנות אחרת.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דוגמה לעולמקומיות ״בכיוון ההפוך״: ... · מה נשאר מקומי בחיים שלי למרות הגלובליזציה? · שאלה ניטרלית לשאלון: ...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אלפי שפות בעולם בסכנת היעלמות (חלק ניכר מכ-7,000 השפות)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יותר משבעת אלפים שפות מדוברות בעולם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מבצעי סוף נובמבר התחילו בארצות הברית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אנגלית – השפה הנלמדת ביותר כשפה שנייה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המבורגר צמחוני מתפוחי אדמה ואפונה בהודו (דוגמה מהמקור)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תרבות וחברה: עולמקומיות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