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0"/>
        <w:jc w:val="right"/>
        <w:shd w:val="clear" w:color="auto" w:fill="1aa3b8"/>
      </w:pPr>
      <w:r>
        <w:rPr>
          <w:rFonts w:ascii="Assistant" w:hAnsi="Assistant" w:cs="Assistant"/>
          <w:b w:val="0"/>
          <w:color w:val="FFFFFF"/>
          <w:sz w:val="20"/>
          <w:rtl w:val="1"/>
          <w:szCs w:val="20"/>
        </w:rPr>
        <w:t>כפר עולמי · יחידה 2: גלובליזציה מעצימה שינויים · חוברת קטנה</w:t>
      </w:r>
    </w:p>
    <w:p>
      <w:pPr>
        <w:pStyle w:val="Title"/>
        <w:bidi w:val="1"/>
        <w:jc w:val="right"/>
        <w:shd w:val="clear" w:color="auto" w:fill="1aa3b8"/>
      </w:pPr>
      <w:r>
        <w:rPr>
          <w:rFonts w:ascii="Assistant" w:hAnsi="Assistant" w:cs="Assistant"/>
          <w:b/>
          <w:color w:val="FFFFFF"/>
          <w:sz w:val="52"/>
          <w:rtl w:val="1"/>
          <w:bCs/>
          <w:szCs w:val="52"/>
        </w:rPr>
        <w:t xml:space="preserve">  בעיות סביבה בעידן הגלובלי</w:t>
      </w:r>
    </w:p>
    <w:p>
      <w:pPr>
        <w:bidi w:val="1"/>
        <w:spacing w:after="80"/>
        <w:jc w:val="right"/>
        <w:shd w:val="clear" w:color="auto" w:fill="1f9d55"/>
      </w:pPr>
      <w:r>
        <w:rPr>
          <w:rFonts w:ascii="Assistant" w:hAnsi="Assistant" w:cs="Assistant"/>
          <w:b/>
          <w:color w:val="FFFFFF"/>
          <w:sz w:val="26"/>
          <w:rtl w:val="1"/>
          <w:bCs/>
          <w:szCs w:val="26"/>
        </w:rPr>
        <w:t xml:space="preserve">  חוברת תלמיד · 🌱 בסיסי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00000" cy="405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orld-doc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0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1AA3B8"/>
          <w:sz w:val="28"/>
          <w:rtl w:val="1"/>
          <w:bCs/>
          <w:szCs w:val="28"/>
        </w:rPr>
        <w:t>מהנחל ליד הבית ועד שמיכת הגזים סביב כדור הארץ.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שם:</w:t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כיתה:</w:t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תאריך:</w:t>
            </w:r>
          </w:p>
        </w:tc>
      </w:tr>
      <w:tr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</w:r>
          </w:p>
        </w:tc>
      </w:tr>
    </w:tbl>
    <w:p/>
    <w:p>
      <w:pPr>
        <w:bidi w:val="1"/>
        <w:spacing w:after="80"/>
        <w:jc w:val="right"/>
        <w:shd w:val="clear" w:color="auto" w:fill="F4F5F9"/>
      </w:pPr>
      <w:r>
        <w:rPr>
          <w:rFonts w:ascii="Assistant" w:hAnsi="Assistant" w:cs="Assistant"/>
          <w:b w:val="0"/>
          <w:sz w:val="21"/>
          <w:rtl w:val="1"/>
          <w:szCs w:val="21"/>
        </w:rPr>
        <w:t>מה בחוברת? מושגי מפתח · קוראים · חלק א׳ – מתרגלים מושגים · חלק ב׳ – בודקים הבנה · חלק ג׳ – חושבים כמו גאוגרפים · כרטיס יציאה ✂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color w:val="555555"/>
          <w:sz w:val="19"/>
          <w:rtl w:val="1"/>
          <w:szCs w:val="19"/>
        </w:rPr>
        <w:t>משחקים לשיעור באתר: https://geo-z-chovrot-tiny.sites.tab.bot/</w:t>
      </w:r>
    </w:p>
    <w:p>
      <w:r>
        <w:br w:type="page"/>
      </w:r>
    </w:p>
    <w:p>
      <w:pPr>
        <w:pStyle w:val="Heading1"/>
        <w:bidi w:val="1"/>
        <w:spacing w:before="200"/>
        <w:jc w:val="right"/>
        <w:shd w:val="clear" w:color="auto" w:fill="1aa3b8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🔑 מושגי מפתח  </w:t>
      </w:r>
    </w:p>
    <w:p>
      <w:pPr>
        <w:bidi w:val="1"/>
        <w:spacing w:after="80"/>
        <w:jc w:val="right"/>
        <w:shd w:val="clear" w:color="auto" w:fill="e6f7ed"/>
      </w:pPr>
      <w:r>
        <w:rPr>
          <w:rFonts w:ascii="Assistant" w:hAnsi="Assistant" w:cs="Assistant"/>
          <w:b w:val="0"/>
          <w:sz w:val="21"/>
          <w:rtl w:val="1"/>
          <w:szCs w:val="21"/>
        </w:rPr>
        <w:t>קראו את המושגים. נשתמש בהם בכל החוברת.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1984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מושג</w:t>
            </w:r>
          </w:p>
        </w:tc>
        <w:tc>
          <w:tcPr>
            <w:tcW w:type="dxa" w:w="5102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הסבר</w:t>
            </w:r>
          </w:p>
        </w:tc>
        <w:tc>
          <w:tcPr>
            <w:tcW w:type="dxa" w:w="2835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דוגמה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בעיה סביבתית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נזק לטבע שבני אדם גורמים.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נחל שמזרימים אליו ביוב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בעיה מקומית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בעיה שפוגעת במקום אחד קטן.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פקקים ורעש בכניסה לעיר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בעיה אזורית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בעיה שפוגעת באזור גדול, בכמה מקומות.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ים שכמה מדינות שופכות אליו פסולת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בעיה גלובלית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בעיה שפוגעת בכל העולם.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הפשרת קרחונים בקטבים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שכבת האוזון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שכבה בשמיים שמגינה מקרני השמש.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חור שנוצר בשכבה מעל הקוטב הדרומי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התחממות גלובלית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כדור הארץ נעשה חם יותר.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יותר גלי חום ובצורות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גזי חממה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גזים שעוטפים את כדור הארץ כמו שמיכה.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עשן מארובה של תחנת כוח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יער גשם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יער חם ורטוב עם המון בעלי חיים.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היער באגן נהר האמזונס</w:t>
            </w:r>
          </w:p>
        </w:tc>
      </w:tr>
    </w:tbl>
    <w:p/>
    <w:p>
      <w:pPr>
        <w:pStyle w:val="Heading1"/>
        <w:bidi w:val="1"/>
        <w:spacing w:before="200"/>
        <w:jc w:val="right"/>
        <w:shd w:val="clear" w:color="auto" w:fill="1aa3b8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📖 קוראים  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1AA3B8"/>
          <w:sz w:val="26"/>
          <w:rtl w:val="1"/>
          <w:bCs/>
          <w:szCs w:val="26"/>
        </w:rPr>
        <w:t>מהשכונה ועד כדור הארץ</w:t>
      </w:r>
    </w:p>
    <w:p>
      <w:pPr>
        <w:bidi w:val="1"/>
        <w:spacing w:after="1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יש בעיות סביבה ליד הבית. נחל מזוהם, רעש של כביש או פקקים. אלה בעיות מקומיות. יש בעיות של אזור שלם, כמו ים שכמה מדינות מלכלכות.</w:t>
      </w:r>
    </w:p>
    <w:p>
      <w:pPr>
        <w:bidi w:val="1"/>
        <w:spacing w:after="1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יש גם בעיות של כל העולם. כשאנחנו שורפים דלק, יוצאים גזים. הגזים עוטפים את כדור הארץ כמו שמיכה. כדור הארץ מתחמם. יש יותר גלי חום, בצורות וסופות.</w:t>
      </w:r>
    </w:p>
    <w:p>
      <w:pPr>
        <w:bidi w:val="1"/>
        <w:spacing w:after="1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היום קונים ומובילים הרבה מוצרים. לשם כך כורתים יערות גשם. כשהיער נעלם, הגשם סוחף את האדמה. כך מה שקונים בצד אחד של העולם משנה את הנוף בצד השני.</w:t>
      </w:r>
    </w:p>
    <w:p>
      <w:pPr>
        <w:pStyle w:val="Heading1"/>
        <w:bidi w:val="1"/>
        <w:spacing w:before="200"/>
        <w:jc w:val="right"/>
        <w:shd w:val="clear" w:color="auto" w:fill="1f9d55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חלק א׳ – מתרגלים מושגים  </w:t>
      </w:r>
    </w:p>
    <w:p>
      <w:pPr>
        <w:bidi w:val="1"/>
        <w:spacing w:after="80"/>
        <w:jc w:val="right"/>
        <w:shd w:val="clear" w:color="auto" w:fill="e6f7ed"/>
      </w:pPr>
      <w:r>
        <w:rPr>
          <w:rFonts w:ascii="Assistant" w:hAnsi="Assistant" w:cs="Assistant"/>
          <w:b w:val="0"/>
          <w:sz w:val="21"/>
          <w:rtl w:val="1"/>
          <w:szCs w:val="21"/>
        </w:rPr>
        <w:t>בחלק הזה נחבר כל מושג להגדרה שלו, ונזהה דוגמאות מהחיים.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1. התאימו: כתבו בריבוע את האות של ההגדרה המתאימה.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2268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מושג</w:t>
            </w:r>
          </w:p>
        </w:tc>
        <w:tc>
          <w:tcPr>
            <w:tcW w:type="dxa" w:w="850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אות</w:t>
            </w:r>
          </w:p>
        </w:tc>
        <w:tc>
          <w:tcPr>
            <w:tcW w:type="dxa" w:w="6803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הגדרה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בעיה סביבתית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א. בעיה שפוגעת באזור גדול, בכמה מקומות.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בעיה מקומית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ב. שכבה בשמיים שמגינה מקרני השמש.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בעיה אזורית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ג. בעיה שפוגעת בכל העולם.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בעיה גלובלית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ד. בעיה שפוגעת במקום אחד קטן.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5. שכבת האוזון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ה. נזק לטבע שבני אדם גורמים.</w:t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2. השלימו: לאיזה מושג מתאימה כל דוגמה?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1F9D55"/>
          <w:sz w:val="23"/>
          <w:rtl w:val="1"/>
          <w:bCs/>
          <w:szCs w:val="23"/>
        </w:rPr>
        <w:t>מחסן מילים: גזי חממה   ·   יער גשם   ·   התחממות גלובלית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1. היער באגן נהר האמזונס – זו דוגמה ל־______________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2. עשן מארובה של תחנת כוח – זו דוגמה ל־______________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3. יותר גלי חום ובצורות – זו דוגמה ל־______________</w:t>
      </w:r>
    </w:p>
    <w:p>
      <w:pPr>
        <w:pStyle w:val="Heading1"/>
        <w:bidi w:val="1"/>
        <w:spacing w:before="200"/>
        <w:jc w:val="right"/>
        <w:shd w:val="clear" w:color="auto" w:fill="1f9d55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חלק ב׳ – בודקים הבנה  </w:t>
      </w:r>
    </w:p>
    <w:p>
      <w:pPr>
        <w:bidi w:val="1"/>
        <w:spacing w:after="80"/>
        <w:jc w:val="right"/>
        <w:shd w:val="clear" w:color="auto" w:fill="e6f7ed"/>
      </w:pPr>
      <w:r>
        <w:rPr>
          <w:rFonts w:ascii="Assistant" w:hAnsi="Assistant" w:cs="Assistant"/>
          <w:b w:val="0"/>
          <w:sz w:val="21"/>
          <w:rtl w:val="1"/>
          <w:szCs w:val="21"/>
        </w:rPr>
        <w:t>חזרו לקטע הקריאה. הקיפו את התשובה הנכונה, וסמנו נכון או לא נכון.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1. איזו בעיה היא מקומית?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התחממות כדור הארץ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רעש של כביש ליד הבית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הפשרת קרחונים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חור באוזון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2. מה גורם להתחממות כדור הארץ?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גזים שיוצאים כששורפים דלק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שתילת עצים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גשם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שלג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3. מה קורה כשכורתים יער?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יורד יותר שלג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יש יותר עצים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הגשם סוחף את האדמה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הנהר נעשה נקי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4. מה מגינה עלינו שכבת האוזון?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מגשם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מרוח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מקור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מקרינה מסוכנת של השמש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5. איזו בעיה פוגעת בכל העולם?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פקק בכניסה לעיר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זבל בגינה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התחממות גלובלית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רעש מהשכנים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נכון או לא נכון? אם לא נכון – תקנו בשורה.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7370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משפט</w:t>
            </w:r>
          </w:p>
        </w:tc>
        <w:tc>
          <w:tcPr>
            <w:tcW w:type="dxa" w:w="1134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נכון</w:t>
            </w:r>
          </w:p>
        </w:tc>
        <w:tc>
          <w:tcPr>
            <w:tcW w:type="dxa" w:w="1134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לא נכון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נחל מזוהם ליד היישוב הוא בעיה מקומית.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יערות גשם לא חשובים לכדור הארץ.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בגלל ההתחממות יש יותר גלי חום.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מה שקונים בישראל לא יכול להשפיע על יער רחוק.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</w:tbl>
    <w:p/>
    <w:p>
      <w:pPr>
        <w:pStyle w:val="Heading1"/>
        <w:bidi w:val="1"/>
        <w:spacing w:before="200"/>
        <w:jc w:val="right"/>
        <w:shd w:val="clear" w:color="auto" w:fill="1f9d55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חלק ג׳ – חושבים כמו גאוגרפים  </w:t>
      </w:r>
    </w:p>
    <w:p>
      <w:pPr>
        <w:bidi w:val="1"/>
        <w:spacing w:after="80"/>
        <w:jc w:val="right"/>
        <w:shd w:val="clear" w:color="auto" w:fill="e6f7ed"/>
      </w:pPr>
      <w:r>
        <w:rPr>
          <w:rFonts w:ascii="Assistant" w:hAnsi="Assistant" w:cs="Assistant"/>
          <w:b w:val="0"/>
          <w:sz w:val="21"/>
          <w:rtl w:val="1"/>
          <w:szCs w:val="21"/>
        </w:rPr>
        <w:t>כאן אין תשובה אחת נכונה. כתבו במשפטים מלאים והסבירו את דעתכם.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1. כתבו בעיית סביבה אחת שאתם רואים ליד הבית או בית הספר.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color w:val="666666"/>
          <w:sz w:val="21"/>
          <w:rtl w:val="1"/>
          <w:szCs w:val="21"/>
        </w:rPr>
        <w:t>✏️ התחילו כך: ליד הבית שלי יש...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2. כתבו דבר אחד שאתם יכולים לעשות כדי לעזור לסביבה.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color w:val="666666"/>
          <w:sz w:val="21"/>
          <w:rtl w:val="1"/>
          <w:szCs w:val="21"/>
        </w:rPr>
        <w:t>✏️ התחילו כך: אני יכול/ה...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color w:val="555555"/>
          <w:sz w:val="23"/>
          <w:rtl w:val="1"/>
          <w:szCs w:val="23"/>
        </w:rPr>
        <w:t>✂ - - - - - - - - - - - - - - - - - - - - - - - - - - - - - - - - - - - - - -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1AA3B8"/>
          <w:sz w:val="26"/>
          <w:rtl w:val="1"/>
          <w:bCs/>
          <w:szCs w:val="26"/>
        </w:rPr>
        <w:t>🎫 כרטיס יציאה – בעיות סביבה בעידן הגלובלי     שם: 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1. בעיה מקומית: ... בעיה גלובלית: ...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2. גזי חממה הם...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3. מה אעשה השבוע למען הסביבה?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איך הבנתי?   ◯ הבנתי היטב    ◯ הבנתי חלקית    ◯ אני צריכים/ות עזרה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color w:val="555555"/>
          <w:sz w:val="23"/>
          <w:rtl w:val="1"/>
          <w:szCs w:val="23"/>
        </w:rPr>
        <w:t>✂ - - - - - - - - - - - - - - - - - - - - - - - - - - - - - - - - - - - - - -</w:t>
      </w:r>
    </w:p>
    <w:sectPr w:rsidR="00FC693F" w:rsidRPr="0006063C" w:rsidSect="00034616">
      <w:footerReference w:type="default" r:id="rId9"/>
      <w:pgSz w:w="11906" w:h="16838"/>
      <w:pgMar w:top="850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rPr>
        <w:rFonts w:ascii="Assistant" w:hAnsi="Assistant" w:cs="Assistant"/>
        <w:b w:val="0"/>
        <w:color w:val="777777"/>
        <w:sz w:val="18"/>
        <w:rtl w:val="1"/>
        <w:szCs w:val="18"/>
      </w:rPr>
      <w:t>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ssistant" w:hAnsi="Assistant" w:cs="Assistant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בעיות סביבה בעידן הגלובלי – חוברת תלמיד – בסיסי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