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בעיות סביבה בעידן הגלובלי</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מהנחל ליד הבית ועד שמיכת הגזים סביב כדור הארץ.</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בעיה סביבתית</w:t>
            </w:r>
          </w:p>
        </w:tc>
        <w:tc>
          <w:tcPr>
            <w:tcW w:type="dxa" w:w="5102"/>
          </w:tcPr>
          <w:p>
            <w:pPr>
              <w:bidi w:val="1"/>
              <w:jc w:val="right"/>
            </w:pPr>
            <w:r/>
            <w:r>
              <w:rPr>
                <w:rFonts w:ascii="Assistant" w:hAnsi="Assistant" w:cs="Assistant"/>
                <w:b w:val="0"/>
                <w:sz w:val="21"/>
                <w:rtl w:val="1"/>
                <w:szCs w:val="21"/>
              </w:rPr>
              <w:t>פגיעה בטבע שנגרמת בעיקר מפעולות האדם, כמו זיהום, הרס שטחים פתוחים או כריתת יערות.</w:t>
            </w:r>
          </w:p>
        </w:tc>
        <w:tc>
          <w:tcPr>
            <w:tcW w:type="dxa" w:w="2835"/>
          </w:tcPr>
          <w:p>
            <w:pPr>
              <w:bidi w:val="1"/>
              <w:jc w:val="right"/>
            </w:pPr>
            <w:r/>
            <w:r>
              <w:rPr>
                <w:rFonts w:ascii="Assistant" w:hAnsi="Assistant" w:cs="Assistant"/>
                <w:b w:val="0"/>
                <w:sz w:val="21"/>
                <w:rtl w:val="1"/>
                <w:szCs w:val="21"/>
              </w:rPr>
              <w:t>נחל שמזרימים אליו ביוב</w:t>
            </w:r>
          </w:p>
        </w:tc>
      </w:tr>
      <w:tr>
        <w:tc>
          <w:tcPr>
            <w:tcW w:type="dxa" w:w="1984"/>
          </w:tcPr>
          <w:p>
            <w:pPr>
              <w:bidi w:val="1"/>
              <w:jc w:val="right"/>
            </w:pPr>
            <w:r/>
            <w:r>
              <w:rPr>
                <w:rFonts w:ascii="Assistant" w:hAnsi="Assistant" w:cs="Assistant"/>
                <w:b w:val="0"/>
                <w:sz w:val="21"/>
                <w:rtl w:val="1"/>
                <w:szCs w:val="21"/>
              </w:rPr>
              <w:t>בעיה מקומית</w:t>
            </w:r>
          </w:p>
        </w:tc>
        <w:tc>
          <w:tcPr>
            <w:tcW w:type="dxa" w:w="5102"/>
          </w:tcPr>
          <w:p>
            <w:pPr>
              <w:bidi w:val="1"/>
              <w:jc w:val="right"/>
            </w:pPr>
            <w:r/>
            <w:r>
              <w:rPr>
                <w:rFonts w:ascii="Assistant" w:hAnsi="Assistant" w:cs="Assistant"/>
                <w:b w:val="0"/>
                <w:sz w:val="21"/>
                <w:rtl w:val="1"/>
                <w:szCs w:val="21"/>
              </w:rPr>
              <w:t>בעיה סביבתית שפוגעת בעיקר בתושבי מקום אחד, כמו רעש של כביש או זיהום נחל.</w:t>
            </w:r>
          </w:p>
        </w:tc>
        <w:tc>
          <w:tcPr>
            <w:tcW w:type="dxa" w:w="2835"/>
          </w:tcPr>
          <w:p>
            <w:pPr>
              <w:bidi w:val="1"/>
              <w:jc w:val="right"/>
            </w:pPr>
            <w:r/>
            <w:r>
              <w:rPr>
                <w:rFonts w:ascii="Assistant" w:hAnsi="Assistant" w:cs="Assistant"/>
                <w:b w:val="0"/>
                <w:sz w:val="21"/>
                <w:rtl w:val="1"/>
                <w:szCs w:val="21"/>
              </w:rPr>
              <w:t>פקקים ורעש בכניסה לעיר</w:t>
            </w:r>
          </w:p>
        </w:tc>
      </w:tr>
      <w:tr>
        <w:tc>
          <w:tcPr>
            <w:tcW w:type="dxa" w:w="1984"/>
          </w:tcPr>
          <w:p>
            <w:pPr>
              <w:bidi w:val="1"/>
              <w:jc w:val="right"/>
            </w:pPr>
            <w:r/>
            <w:r>
              <w:rPr>
                <w:rFonts w:ascii="Assistant" w:hAnsi="Assistant" w:cs="Assistant"/>
                <w:b w:val="0"/>
                <w:sz w:val="21"/>
                <w:rtl w:val="1"/>
                <w:szCs w:val="21"/>
              </w:rPr>
              <w:t>בעיה אזורית</w:t>
            </w:r>
          </w:p>
        </w:tc>
        <w:tc>
          <w:tcPr>
            <w:tcW w:type="dxa" w:w="5102"/>
          </w:tcPr>
          <w:p>
            <w:pPr>
              <w:bidi w:val="1"/>
              <w:jc w:val="right"/>
            </w:pPr>
            <w:r/>
            <w:r>
              <w:rPr>
                <w:rFonts w:ascii="Assistant" w:hAnsi="Assistant" w:cs="Assistant"/>
                <w:b w:val="0"/>
                <w:sz w:val="21"/>
                <w:rtl w:val="1"/>
                <w:szCs w:val="21"/>
              </w:rPr>
              <w:t>בעיה סביבתית שמשפיעה על אזור שלם, לעיתים כמה מדינות, כמו נהר או ים מזוהמים.</w:t>
            </w:r>
          </w:p>
        </w:tc>
        <w:tc>
          <w:tcPr>
            <w:tcW w:type="dxa" w:w="2835"/>
          </w:tcPr>
          <w:p>
            <w:pPr>
              <w:bidi w:val="1"/>
              <w:jc w:val="right"/>
            </w:pPr>
            <w:r/>
            <w:r>
              <w:rPr>
                <w:rFonts w:ascii="Assistant" w:hAnsi="Assistant" w:cs="Assistant"/>
                <w:b w:val="0"/>
                <w:sz w:val="21"/>
                <w:rtl w:val="1"/>
                <w:szCs w:val="21"/>
              </w:rPr>
              <w:t>ים שכמה מדינות שופכות אליו פסולת</w:t>
            </w:r>
          </w:p>
        </w:tc>
      </w:tr>
      <w:tr>
        <w:tc>
          <w:tcPr>
            <w:tcW w:type="dxa" w:w="1984"/>
          </w:tcPr>
          <w:p>
            <w:pPr>
              <w:bidi w:val="1"/>
              <w:jc w:val="right"/>
            </w:pPr>
            <w:r/>
            <w:r>
              <w:rPr>
                <w:rFonts w:ascii="Assistant" w:hAnsi="Assistant" w:cs="Assistant"/>
                <w:b w:val="0"/>
                <w:sz w:val="21"/>
                <w:rtl w:val="1"/>
                <w:szCs w:val="21"/>
              </w:rPr>
              <w:t>בעיה גלובלית</w:t>
            </w:r>
          </w:p>
        </w:tc>
        <w:tc>
          <w:tcPr>
            <w:tcW w:type="dxa" w:w="5102"/>
          </w:tcPr>
          <w:p>
            <w:pPr>
              <w:bidi w:val="1"/>
              <w:jc w:val="right"/>
            </w:pPr>
            <w:r/>
            <w:r>
              <w:rPr>
                <w:rFonts w:ascii="Assistant" w:hAnsi="Assistant" w:cs="Assistant"/>
                <w:b w:val="0"/>
                <w:sz w:val="21"/>
                <w:rtl w:val="1"/>
                <w:szCs w:val="21"/>
              </w:rPr>
              <w:t>בעיה סביבתית שמשפיעה על כדור הארץ כולו, כמו התחממות גלובלית או פגיעה בשכבת האוזון.</w:t>
            </w:r>
          </w:p>
        </w:tc>
        <w:tc>
          <w:tcPr>
            <w:tcW w:type="dxa" w:w="2835"/>
          </w:tcPr>
          <w:p>
            <w:pPr>
              <w:bidi w:val="1"/>
              <w:jc w:val="right"/>
            </w:pPr>
            <w:r/>
            <w:r>
              <w:rPr>
                <w:rFonts w:ascii="Assistant" w:hAnsi="Assistant" w:cs="Assistant"/>
                <w:b w:val="0"/>
                <w:sz w:val="21"/>
                <w:rtl w:val="1"/>
                <w:szCs w:val="21"/>
              </w:rPr>
              <w:t>הפשרת קרחונים בקטבים</w:t>
            </w:r>
          </w:p>
        </w:tc>
      </w:tr>
      <w:tr>
        <w:tc>
          <w:tcPr>
            <w:tcW w:type="dxa" w:w="1984"/>
          </w:tcPr>
          <w:p>
            <w:pPr>
              <w:bidi w:val="1"/>
              <w:jc w:val="right"/>
            </w:pPr>
            <w:r/>
            <w:r>
              <w:rPr>
                <w:rFonts w:ascii="Assistant" w:hAnsi="Assistant" w:cs="Assistant"/>
                <w:b w:val="0"/>
                <w:sz w:val="21"/>
                <w:rtl w:val="1"/>
                <w:szCs w:val="21"/>
              </w:rPr>
              <w:t>שכבת האוזון</w:t>
            </w:r>
          </w:p>
        </w:tc>
        <w:tc>
          <w:tcPr>
            <w:tcW w:type="dxa" w:w="5102"/>
          </w:tcPr>
          <w:p>
            <w:pPr>
              <w:bidi w:val="1"/>
              <w:jc w:val="right"/>
            </w:pPr>
            <w:r/>
            <w:r>
              <w:rPr>
                <w:rFonts w:ascii="Assistant" w:hAnsi="Assistant" w:cs="Assistant"/>
                <w:b w:val="0"/>
                <w:sz w:val="21"/>
                <w:rtl w:val="1"/>
                <w:szCs w:val="21"/>
              </w:rPr>
              <w:t>שכבה דקה באטמוספרה שמגינה על כדור הארץ מקרינה מסוכנת של השמש.</w:t>
            </w:r>
          </w:p>
        </w:tc>
        <w:tc>
          <w:tcPr>
            <w:tcW w:type="dxa" w:w="2835"/>
          </w:tcPr>
          <w:p>
            <w:pPr>
              <w:bidi w:val="1"/>
              <w:jc w:val="right"/>
            </w:pPr>
            <w:r/>
            <w:r>
              <w:rPr>
                <w:rFonts w:ascii="Assistant" w:hAnsi="Assistant" w:cs="Assistant"/>
                <w:b w:val="0"/>
                <w:sz w:val="21"/>
                <w:rtl w:val="1"/>
                <w:szCs w:val="21"/>
              </w:rPr>
              <w:t>חור שנוצר בשכבה מעל הקוטב הדרומי</w:t>
            </w:r>
          </w:p>
        </w:tc>
      </w:tr>
      <w:tr>
        <w:tc>
          <w:tcPr>
            <w:tcW w:type="dxa" w:w="1984"/>
          </w:tcPr>
          <w:p>
            <w:pPr>
              <w:bidi w:val="1"/>
              <w:jc w:val="right"/>
            </w:pPr>
            <w:r/>
            <w:r>
              <w:rPr>
                <w:rFonts w:ascii="Assistant" w:hAnsi="Assistant" w:cs="Assistant"/>
                <w:b w:val="0"/>
                <w:sz w:val="21"/>
                <w:rtl w:val="1"/>
                <w:szCs w:val="21"/>
              </w:rPr>
              <w:t>התחממות גלובלית</w:t>
            </w:r>
          </w:p>
        </w:tc>
        <w:tc>
          <w:tcPr>
            <w:tcW w:type="dxa" w:w="5102"/>
          </w:tcPr>
          <w:p>
            <w:pPr>
              <w:bidi w:val="1"/>
              <w:jc w:val="right"/>
            </w:pPr>
            <w:r/>
            <w:r>
              <w:rPr>
                <w:rFonts w:ascii="Assistant" w:hAnsi="Assistant" w:cs="Assistant"/>
                <w:b w:val="0"/>
                <w:sz w:val="21"/>
                <w:rtl w:val="1"/>
                <w:szCs w:val="21"/>
              </w:rPr>
              <w:t>עלייה בטמפרטורה הממוצעת של כדור הארץ, בעיקר בגלל פליטת גזי חממה.</w:t>
            </w:r>
          </w:p>
        </w:tc>
        <w:tc>
          <w:tcPr>
            <w:tcW w:type="dxa" w:w="2835"/>
          </w:tcPr>
          <w:p>
            <w:pPr>
              <w:bidi w:val="1"/>
              <w:jc w:val="right"/>
            </w:pPr>
            <w:r/>
            <w:r>
              <w:rPr>
                <w:rFonts w:ascii="Assistant" w:hAnsi="Assistant" w:cs="Assistant"/>
                <w:b w:val="0"/>
                <w:sz w:val="21"/>
                <w:rtl w:val="1"/>
                <w:szCs w:val="21"/>
              </w:rPr>
              <w:t>יותר גלי חום ובצורות</w:t>
            </w:r>
          </w:p>
        </w:tc>
      </w:tr>
      <w:tr>
        <w:tc>
          <w:tcPr>
            <w:tcW w:type="dxa" w:w="1984"/>
          </w:tcPr>
          <w:p>
            <w:pPr>
              <w:bidi w:val="1"/>
              <w:jc w:val="right"/>
            </w:pPr>
            <w:r/>
            <w:r>
              <w:rPr>
                <w:rFonts w:ascii="Assistant" w:hAnsi="Assistant" w:cs="Assistant"/>
                <w:b w:val="0"/>
                <w:sz w:val="21"/>
                <w:rtl w:val="1"/>
                <w:szCs w:val="21"/>
              </w:rPr>
              <w:t>גזי חממה</w:t>
            </w:r>
          </w:p>
        </w:tc>
        <w:tc>
          <w:tcPr>
            <w:tcW w:type="dxa" w:w="5102"/>
          </w:tcPr>
          <w:p>
            <w:pPr>
              <w:bidi w:val="1"/>
              <w:jc w:val="right"/>
            </w:pPr>
            <w:r/>
            <w:r>
              <w:rPr>
                <w:rFonts w:ascii="Assistant" w:hAnsi="Assistant" w:cs="Assistant"/>
                <w:b w:val="0"/>
                <w:sz w:val="21"/>
                <w:rtl w:val="1"/>
                <w:szCs w:val="21"/>
              </w:rPr>
              <w:t>גזים כמו פחמן דו-חמצני שנפלטים משריפת דלק, עוטפים את כדור הארץ ומונעים מחום להשתחרר.</w:t>
            </w:r>
          </w:p>
        </w:tc>
        <w:tc>
          <w:tcPr>
            <w:tcW w:type="dxa" w:w="2835"/>
          </w:tcPr>
          <w:p>
            <w:pPr>
              <w:bidi w:val="1"/>
              <w:jc w:val="right"/>
            </w:pPr>
            <w:r/>
            <w:r>
              <w:rPr>
                <w:rFonts w:ascii="Assistant" w:hAnsi="Assistant" w:cs="Assistant"/>
                <w:b w:val="0"/>
                <w:sz w:val="21"/>
                <w:rtl w:val="1"/>
                <w:szCs w:val="21"/>
              </w:rPr>
              <w:t>עשן מארובה של תחנת כוח</w:t>
            </w:r>
          </w:p>
        </w:tc>
      </w:tr>
      <w:tr>
        <w:tc>
          <w:tcPr>
            <w:tcW w:type="dxa" w:w="1984"/>
          </w:tcPr>
          <w:p>
            <w:pPr>
              <w:bidi w:val="1"/>
              <w:jc w:val="right"/>
            </w:pPr>
            <w:r/>
            <w:r>
              <w:rPr>
                <w:rFonts w:ascii="Assistant" w:hAnsi="Assistant" w:cs="Assistant"/>
                <w:b w:val="0"/>
                <w:sz w:val="21"/>
                <w:rtl w:val="1"/>
                <w:szCs w:val="21"/>
              </w:rPr>
              <w:t>יער גשם</w:t>
            </w:r>
          </w:p>
        </w:tc>
        <w:tc>
          <w:tcPr>
            <w:tcW w:type="dxa" w:w="5102"/>
          </w:tcPr>
          <w:p>
            <w:pPr>
              <w:bidi w:val="1"/>
              <w:jc w:val="right"/>
            </w:pPr>
            <w:r/>
            <w:r>
              <w:rPr>
                <w:rFonts w:ascii="Assistant" w:hAnsi="Assistant" w:cs="Assistant"/>
                <w:b w:val="0"/>
                <w:sz w:val="21"/>
                <w:rtl w:val="1"/>
                <w:szCs w:val="21"/>
              </w:rPr>
              <w:t>יער עבות באזורים חמים וגשומים, ביתם של מיליוני מינים, שקולט כמויות עצומות של פחמן דו-חמצני.</w:t>
            </w:r>
          </w:p>
        </w:tc>
        <w:tc>
          <w:tcPr>
            <w:tcW w:type="dxa" w:w="2835"/>
          </w:tcPr>
          <w:p>
            <w:pPr>
              <w:bidi w:val="1"/>
              <w:jc w:val="right"/>
            </w:pPr>
            <w:r/>
            <w:r>
              <w:rPr>
                <w:rFonts w:ascii="Assistant" w:hAnsi="Assistant" w:cs="Assistant"/>
                <w:b w:val="0"/>
                <w:sz w:val="21"/>
                <w:rtl w:val="1"/>
                <w:szCs w:val="21"/>
              </w:rPr>
              <w:t>היער באגן נהר האמזונס</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מהשכונה ועד כדור הארץ</w:t>
      </w:r>
    </w:p>
    <w:p>
      <w:pPr>
        <w:bidi w:val="1"/>
        <w:spacing w:after="120"/>
        <w:jc w:val="right"/>
      </w:pPr>
      <w:r>
        <w:rPr>
          <w:rFonts w:ascii="Assistant" w:hAnsi="Assistant" w:cs="Assistant"/>
          <w:b w:val="0"/>
          <w:sz w:val="23"/>
          <w:rtl w:val="1"/>
          <w:szCs w:val="23"/>
        </w:rPr>
        <w:t>בעיה סביבתית יכולה להתחיל ממש ליד הבית: נחל שמזרימים אליו שפכים, שכונה שנבנית על שטח פתוח, רעש של כביש או פקקים. אלה בעיות מקומיות – הן פוגעות בעיקר בתושבי המקום. אבל הן חוזרות בערים רבות בעולם, כי בכל מקום האוכלוסייה גדלה, הערים מתרחבות ויש יותר מכוניות.</w:t>
      </w:r>
    </w:p>
    <w:p>
      <w:pPr>
        <w:bidi w:val="1"/>
        <w:spacing w:after="120"/>
        <w:jc w:val="right"/>
      </w:pPr>
      <w:r>
        <w:rPr>
          <w:rFonts w:ascii="Assistant" w:hAnsi="Assistant" w:cs="Assistant"/>
          <w:b w:val="0"/>
          <w:sz w:val="23"/>
          <w:rtl w:val="1"/>
          <w:szCs w:val="23"/>
        </w:rPr>
        <w:t>יש בעיות אזוריות, כמו נהר שעובר בכמה מדינות ומזוהם לאורכו, או ים שכמה מדינות שופכות אליו פסולת. ויש בעיות גלובליות, שמשפיעות על כדור הארץ כולו. אחת מהן הייתה הפגיעה בשכבת האוזון – שכבה דקה באטמוספרה שמגינה מקרינה מסוכנת. גזים שהשתמשו בהם בעבר במקררים ובתרסיסים פגעו בה.</w:t>
      </w:r>
    </w:p>
    <w:p>
      <w:pPr>
        <w:bidi w:val="1"/>
        <w:spacing w:after="120"/>
        <w:jc w:val="right"/>
      </w:pPr>
      <w:r>
        <w:rPr>
          <w:rFonts w:ascii="Assistant" w:hAnsi="Assistant" w:cs="Assistant"/>
          <w:b w:val="0"/>
          <w:sz w:val="23"/>
          <w:rtl w:val="1"/>
          <w:szCs w:val="23"/>
        </w:rPr>
        <w:t>בעיה גלובלית אחרת היא ההתחממות הגלובלית – עלייה בטמפרטורה הממוצעת של כדור הארץ. היא נגרמת בעיקר מגזי חממה, כמו פחמן דו-חמצני, הנפלטים משריפת דלק במפעלים, בתחנות כוח, במכוניות ובמטוסים. הגזים עוטפים את כדור הארץ כמו שמיכה. התוצאות: גלי חום, בצורות, סופות והפשרת קרחונים.</w:t>
      </w:r>
    </w:p>
    <w:p>
      <w:pPr>
        <w:bidi w:val="1"/>
        <w:spacing w:after="120"/>
        <w:jc w:val="right"/>
      </w:pPr>
      <w:r>
        <w:rPr>
          <w:rFonts w:ascii="Assistant" w:hAnsi="Assistant" w:cs="Assistant"/>
          <w:b w:val="0"/>
          <w:sz w:val="23"/>
          <w:rtl w:val="1"/>
          <w:szCs w:val="23"/>
        </w:rPr>
        <w:t>מה הקשר לגלובליזציה? בעולם גלובלי מייצרים, קונים ומובילים יותר מתמיד, ולכן משתמשים ביותר משאבים. כדי לגדל בקר וגידולי יצוא כורתים יערות גשם. כשהיער נעלם, הגשמים העזים סוחפים את הקרקע. כך החלטות של צרכנים בצד אחד של העולם משנות נוף בצד השני – אלה יחסי גומלין בין האדם לסביבה.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בעיה סביבתית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בעיה סביבתית שמשפיעה על אזור שלם, לעיתים כמה מדינות, כמו נהר או ים מזוהמים.</w:t>
            </w:r>
          </w:p>
        </w:tc>
      </w:tr>
      <w:tr>
        <w:tc>
          <w:tcPr>
            <w:tcW w:type="dxa" w:w="2268"/>
          </w:tcPr>
          <w:p>
            <w:pPr>
              <w:bidi w:val="1"/>
              <w:jc w:val="right"/>
            </w:pPr>
            <w:r/>
            <w:r>
              <w:rPr>
                <w:rFonts w:ascii="Assistant" w:hAnsi="Assistant" w:cs="Assistant"/>
                <w:b w:val="0"/>
                <w:sz w:val="21"/>
                <w:rtl w:val="1"/>
                <w:szCs w:val="21"/>
              </w:rPr>
              <w:t>2. בעיה מקומית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פגיעה בטבע שנגרמת בעיקר מפעולות האדם, כמו זיהום, הרס שטחים פתוחים או כריתת יערות.</w:t>
            </w:r>
          </w:p>
        </w:tc>
      </w:tr>
      <w:tr>
        <w:tc>
          <w:tcPr>
            <w:tcW w:type="dxa" w:w="2268"/>
          </w:tcPr>
          <w:p>
            <w:pPr>
              <w:bidi w:val="1"/>
              <w:jc w:val="right"/>
            </w:pPr>
            <w:r/>
            <w:r>
              <w:rPr>
                <w:rFonts w:ascii="Assistant" w:hAnsi="Assistant" w:cs="Assistant"/>
                <w:b w:val="0"/>
                <w:sz w:val="21"/>
                <w:rtl w:val="1"/>
                <w:szCs w:val="21"/>
              </w:rPr>
              <w:t>3. בעיה אזורית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בעיה סביבתית שמשפיעה על כדור הארץ כולו, כמו התחממות גלובלית או פגיעה בשכבת האוזון.</w:t>
            </w:r>
          </w:p>
        </w:tc>
      </w:tr>
      <w:tr>
        <w:tc>
          <w:tcPr>
            <w:tcW w:type="dxa" w:w="2268"/>
          </w:tcPr>
          <w:p>
            <w:pPr>
              <w:bidi w:val="1"/>
              <w:jc w:val="right"/>
            </w:pPr>
            <w:r/>
            <w:r>
              <w:rPr>
                <w:rFonts w:ascii="Assistant" w:hAnsi="Assistant" w:cs="Assistant"/>
                <w:b w:val="0"/>
                <w:sz w:val="21"/>
                <w:rtl w:val="1"/>
                <w:szCs w:val="21"/>
              </w:rPr>
              <w:t>4. בעיה גלובלית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עלייה בטמפרטורה הממוצעת של כדור הארץ, בעיקר בגלל פליטת גזי חממה.</w:t>
            </w:r>
          </w:p>
        </w:tc>
      </w:tr>
      <w:tr>
        <w:tc>
          <w:tcPr>
            <w:tcW w:type="dxa" w:w="2268"/>
          </w:tcPr>
          <w:p>
            <w:pPr>
              <w:bidi w:val="1"/>
              <w:jc w:val="right"/>
            </w:pPr>
            <w:r/>
            <w:r>
              <w:rPr>
                <w:rFonts w:ascii="Assistant" w:hAnsi="Assistant" w:cs="Assistant"/>
                <w:b w:val="0"/>
                <w:sz w:val="21"/>
                <w:rtl w:val="1"/>
                <w:szCs w:val="21"/>
              </w:rPr>
              <w:t>5. שכבת האוזון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שכבה דקה באטמוספרה שמגינה על כדור הארץ מקרינה מסוכנת של השמש.</w:t>
            </w:r>
          </w:p>
        </w:tc>
      </w:tr>
      <w:tr>
        <w:tc>
          <w:tcPr>
            <w:tcW w:type="dxa" w:w="2268"/>
          </w:tcPr>
          <w:p>
            <w:pPr>
              <w:bidi w:val="1"/>
              <w:jc w:val="right"/>
            </w:pPr>
            <w:r/>
            <w:r>
              <w:rPr>
                <w:rFonts w:ascii="Assistant" w:hAnsi="Assistant" w:cs="Assistant"/>
                <w:b w:val="0"/>
                <w:sz w:val="21"/>
                <w:rtl w:val="1"/>
                <w:szCs w:val="21"/>
              </w:rPr>
              <w:t>6. התחממות גלובלית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בעיה סביבתית שפוגעת בעיקר בתושבי מקום אחד, כמו רעש של כביש או זיהום נחל.</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שכבת האוזון   ·   התחממות גלובלית   ·   גזי חממה   ·   יער גשם</w:t>
      </w:r>
    </w:p>
    <w:p>
      <w:pPr>
        <w:bidi w:val="1"/>
        <w:spacing w:after="80"/>
        <w:jc w:val="right"/>
      </w:pPr>
      <w:r>
        <w:rPr>
          <w:rFonts w:ascii="Assistant" w:hAnsi="Assistant" w:cs="Assistant"/>
          <w:b w:val="0"/>
          <w:sz w:val="23"/>
          <w:rtl w:val="1"/>
          <w:szCs w:val="23"/>
        </w:rPr>
        <w:t>1. היער באגן נהר האמזונס – זו דוגמה ל־______________</w:t>
      </w:r>
    </w:p>
    <w:p>
      <w:pPr>
        <w:bidi w:val="1"/>
        <w:spacing w:after="80"/>
        <w:jc w:val="right"/>
      </w:pPr>
      <w:r>
        <w:rPr>
          <w:rFonts w:ascii="Assistant" w:hAnsi="Assistant" w:cs="Assistant"/>
          <w:b w:val="0"/>
          <w:sz w:val="23"/>
          <w:rtl w:val="1"/>
          <w:szCs w:val="23"/>
        </w:rPr>
        <w:t>2. עשן מארובה של תחנת כוח – זו דוגמה ל־______________</w:t>
      </w:r>
    </w:p>
    <w:p>
      <w:pPr>
        <w:bidi w:val="1"/>
        <w:spacing w:after="80"/>
        <w:jc w:val="right"/>
      </w:pPr>
      <w:r>
        <w:rPr>
          <w:rFonts w:ascii="Assistant" w:hAnsi="Assistant" w:cs="Assistant"/>
          <w:b w:val="0"/>
          <w:sz w:val="23"/>
          <w:rtl w:val="1"/>
          <w:szCs w:val="23"/>
        </w:rPr>
        <w:t>3. יותר גלי חום ובצורות – זו דוגמה ל־______________</w:t>
      </w:r>
    </w:p>
    <w:p>
      <w:pPr>
        <w:bidi w:val="1"/>
        <w:spacing w:after="80"/>
        <w:jc w:val="right"/>
      </w:pPr>
      <w:r>
        <w:rPr>
          <w:rFonts w:ascii="Assistant" w:hAnsi="Assistant" w:cs="Assistant"/>
          <w:b w:val="0"/>
          <w:sz w:val="23"/>
          <w:rtl w:val="1"/>
          <w:szCs w:val="23"/>
        </w:rPr>
        <w:t>4. חור שנוצר בשכבה מעל הקוטב הדרומי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ההבדל בין בעיה אזורית לבעיה גלובלית?</w:t>
      </w:r>
    </w:p>
    <w:p>
      <w:pPr>
        <w:bidi w:val="1"/>
        <w:spacing w:after="20"/>
        <w:jc w:val="right"/>
      </w:pPr>
      <w:r>
        <w:rPr>
          <w:rFonts w:ascii="Assistant" w:hAnsi="Assistant" w:cs="Assistant"/>
          <w:b w:val="0"/>
          <w:sz w:val="23"/>
          <w:rtl w:val="1"/>
          <w:szCs w:val="23"/>
        </w:rPr>
        <w:t xml:space="preserve">     ◯ א. אזורית משפיעה על אזור או כמה מדינות; גלובלית – על כל כדור הארץ</w:t>
      </w:r>
    </w:p>
    <w:p>
      <w:pPr>
        <w:bidi w:val="1"/>
        <w:spacing w:after="20"/>
        <w:jc w:val="right"/>
      </w:pPr>
      <w:r>
        <w:rPr>
          <w:rFonts w:ascii="Assistant" w:hAnsi="Assistant" w:cs="Assistant"/>
          <w:b w:val="0"/>
          <w:sz w:val="23"/>
          <w:rtl w:val="1"/>
          <w:szCs w:val="23"/>
        </w:rPr>
        <w:t xml:space="preserve">     ◯ ב. אין הבדל</w:t>
      </w:r>
    </w:p>
    <w:p>
      <w:pPr>
        <w:bidi w:val="1"/>
        <w:spacing w:after="20"/>
        <w:jc w:val="right"/>
      </w:pPr>
      <w:r>
        <w:rPr>
          <w:rFonts w:ascii="Assistant" w:hAnsi="Assistant" w:cs="Assistant"/>
          <w:b w:val="0"/>
          <w:sz w:val="23"/>
          <w:rtl w:val="1"/>
          <w:szCs w:val="23"/>
        </w:rPr>
        <w:t xml:space="preserve">     ◯ ג. אזורית גדולה יותר</w:t>
      </w:r>
    </w:p>
    <w:p>
      <w:pPr>
        <w:bidi w:val="1"/>
        <w:spacing w:after="20"/>
        <w:jc w:val="right"/>
      </w:pPr>
      <w:r>
        <w:rPr>
          <w:rFonts w:ascii="Assistant" w:hAnsi="Assistant" w:cs="Assistant"/>
          <w:b w:val="0"/>
          <w:sz w:val="23"/>
          <w:rtl w:val="1"/>
          <w:szCs w:val="23"/>
        </w:rPr>
        <w:t xml:space="preserve">     ◯ ד. גלובלית קורית רק בים</w:t>
      </w:r>
    </w:p>
    <w:p>
      <w:pPr>
        <w:bidi w:val="1"/>
        <w:spacing w:after="20"/>
        <w:jc w:val="right"/>
      </w:pPr>
      <w:r>
        <w:rPr>
          <w:rFonts w:ascii="Assistant" w:hAnsi="Assistant" w:cs="Assistant"/>
          <w:b/>
          <w:sz w:val="23"/>
          <w:rtl w:val="1"/>
          <w:bCs/>
          <w:szCs w:val="23"/>
        </w:rPr>
        <w:t>2. מה פגע בשכבת האוזון?</w:t>
      </w:r>
    </w:p>
    <w:p>
      <w:pPr>
        <w:bidi w:val="1"/>
        <w:spacing w:after="20"/>
        <w:jc w:val="right"/>
      </w:pPr>
      <w:r>
        <w:rPr>
          <w:rFonts w:ascii="Assistant" w:hAnsi="Assistant" w:cs="Assistant"/>
          <w:b w:val="0"/>
          <w:sz w:val="23"/>
          <w:rtl w:val="1"/>
          <w:szCs w:val="23"/>
        </w:rPr>
        <w:t xml:space="preserve">     ◯ א. עצים</w:t>
      </w:r>
    </w:p>
    <w:p>
      <w:pPr>
        <w:bidi w:val="1"/>
        <w:spacing w:after="20"/>
        <w:jc w:val="right"/>
      </w:pPr>
      <w:r>
        <w:rPr>
          <w:rFonts w:ascii="Assistant" w:hAnsi="Assistant" w:cs="Assistant"/>
          <w:b w:val="0"/>
          <w:sz w:val="23"/>
          <w:rtl w:val="1"/>
          <w:szCs w:val="23"/>
        </w:rPr>
        <w:t xml:space="preserve">     ◯ ב. גזים שהיו בשימוש במקררים ובתרסיסים</w:t>
      </w:r>
    </w:p>
    <w:p>
      <w:pPr>
        <w:bidi w:val="1"/>
        <w:spacing w:after="20"/>
        <w:jc w:val="right"/>
      </w:pPr>
      <w:r>
        <w:rPr>
          <w:rFonts w:ascii="Assistant" w:hAnsi="Assistant" w:cs="Assistant"/>
          <w:b w:val="0"/>
          <w:sz w:val="23"/>
          <w:rtl w:val="1"/>
          <w:szCs w:val="23"/>
        </w:rPr>
        <w:t xml:space="preserve">     ◯ ג. גשם חומצי בלבד</w:t>
      </w:r>
    </w:p>
    <w:p>
      <w:pPr>
        <w:bidi w:val="1"/>
        <w:spacing w:after="20"/>
        <w:jc w:val="right"/>
      </w:pPr>
      <w:r>
        <w:rPr>
          <w:rFonts w:ascii="Assistant" w:hAnsi="Assistant" w:cs="Assistant"/>
          <w:b w:val="0"/>
          <w:sz w:val="23"/>
          <w:rtl w:val="1"/>
          <w:szCs w:val="23"/>
        </w:rPr>
        <w:t xml:space="preserve">     ◯ ד. הר געש</w:t>
      </w:r>
    </w:p>
    <w:p>
      <w:pPr>
        <w:bidi w:val="1"/>
        <w:spacing w:after="20"/>
        <w:jc w:val="right"/>
      </w:pPr>
      <w:r>
        <w:rPr>
          <w:rFonts w:ascii="Assistant" w:hAnsi="Assistant" w:cs="Assistant"/>
          <w:b/>
          <w:sz w:val="23"/>
          <w:rtl w:val="1"/>
          <w:bCs/>
          <w:szCs w:val="23"/>
        </w:rPr>
        <w:t>3. כיצד גזי חממה מחממים את כדור הארץ?</w:t>
      </w:r>
    </w:p>
    <w:p>
      <w:pPr>
        <w:bidi w:val="1"/>
        <w:spacing w:after="20"/>
        <w:jc w:val="right"/>
      </w:pPr>
      <w:r>
        <w:rPr>
          <w:rFonts w:ascii="Assistant" w:hAnsi="Assistant" w:cs="Assistant"/>
          <w:b w:val="0"/>
          <w:sz w:val="23"/>
          <w:rtl w:val="1"/>
          <w:szCs w:val="23"/>
        </w:rPr>
        <w:t xml:space="preserve">     ◯ א. הם מוסיפים אור</w:t>
      </w:r>
    </w:p>
    <w:p>
      <w:pPr>
        <w:bidi w:val="1"/>
        <w:spacing w:after="20"/>
        <w:jc w:val="right"/>
      </w:pPr>
      <w:r>
        <w:rPr>
          <w:rFonts w:ascii="Assistant" w:hAnsi="Assistant" w:cs="Assistant"/>
          <w:b w:val="0"/>
          <w:sz w:val="23"/>
          <w:rtl w:val="1"/>
          <w:szCs w:val="23"/>
        </w:rPr>
        <w:t xml:space="preserve">     ◯ ב. הם מקררים את הים</w:t>
      </w:r>
    </w:p>
    <w:p>
      <w:pPr>
        <w:bidi w:val="1"/>
        <w:spacing w:after="20"/>
        <w:jc w:val="right"/>
      </w:pPr>
      <w:r>
        <w:rPr>
          <w:rFonts w:ascii="Assistant" w:hAnsi="Assistant" w:cs="Assistant"/>
          <w:b w:val="0"/>
          <w:sz w:val="23"/>
          <w:rtl w:val="1"/>
          <w:szCs w:val="23"/>
        </w:rPr>
        <w:t xml:space="preserve">     ◯ ג. הם עוטפים את כדור הארץ ומונעים מחום להשתחרר</w:t>
      </w:r>
    </w:p>
    <w:p>
      <w:pPr>
        <w:bidi w:val="1"/>
        <w:spacing w:after="20"/>
        <w:jc w:val="right"/>
      </w:pPr>
      <w:r>
        <w:rPr>
          <w:rFonts w:ascii="Assistant" w:hAnsi="Assistant" w:cs="Assistant"/>
          <w:b w:val="0"/>
          <w:sz w:val="23"/>
          <w:rtl w:val="1"/>
          <w:szCs w:val="23"/>
        </w:rPr>
        <w:t xml:space="preserve">     ◯ ד. הם מזיזים את כדור הארץ קרוב לשמש</w:t>
      </w:r>
    </w:p>
    <w:p>
      <w:pPr>
        <w:bidi w:val="1"/>
        <w:spacing w:after="20"/>
        <w:jc w:val="right"/>
      </w:pPr>
      <w:r>
        <w:rPr>
          <w:rFonts w:ascii="Assistant" w:hAnsi="Assistant" w:cs="Assistant"/>
          <w:b/>
          <w:sz w:val="23"/>
          <w:rtl w:val="1"/>
          <w:bCs/>
          <w:szCs w:val="23"/>
        </w:rPr>
        <w:t>4. מדוע כורתים יערות גשם?</w:t>
      </w:r>
    </w:p>
    <w:p>
      <w:pPr>
        <w:bidi w:val="1"/>
        <w:spacing w:after="20"/>
        <w:jc w:val="right"/>
      </w:pPr>
      <w:r>
        <w:rPr>
          <w:rFonts w:ascii="Assistant" w:hAnsi="Assistant" w:cs="Assistant"/>
          <w:b w:val="0"/>
          <w:sz w:val="23"/>
          <w:rtl w:val="1"/>
          <w:szCs w:val="23"/>
        </w:rPr>
        <w:t xml:space="preserve">     ◯ א. כדי להוסיף גשם</w:t>
      </w:r>
    </w:p>
    <w:p>
      <w:pPr>
        <w:bidi w:val="1"/>
        <w:spacing w:after="20"/>
        <w:jc w:val="right"/>
      </w:pPr>
      <w:r>
        <w:rPr>
          <w:rFonts w:ascii="Assistant" w:hAnsi="Assistant" w:cs="Assistant"/>
          <w:b w:val="0"/>
          <w:sz w:val="23"/>
          <w:rtl w:val="1"/>
          <w:szCs w:val="23"/>
        </w:rPr>
        <w:t xml:space="preserve">     ◯ ב. כדי לשמור על בעלי חיים</w:t>
      </w:r>
    </w:p>
    <w:p>
      <w:pPr>
        <w:bidi w:val="1"/>
        <w:spacing w:after="20"/>
        <w:jc w:val="right"/>
      </w:pPr>
      <w:r>
        <w:rPr>
          <w:rFonts w:ascii="Assistant" w:hAnsi="Assistant" w:cs="Assistant"/>
          <w:b w:val="0"/>
          <w:sz w:val="23"/>
          <w:rtl w:val="1"/>
          <w:szCs w:val="23"/>
        </w:rPr>
        <w:t xml:space="preserve">     ◯ ג. כדי לקרר את האוויר</w:t>
      </w:r>
    </w:p>
    <w:p>
      <w:pPr>
        <w:bidi w:val="1"/>
        <w:spacing w:after="20"/>
        <w:jc w:val="right"/>
      </w:pPr>
      <w:r>
        <w:rPr>
          <w:rFonts w:ascii="Assistant" w:hAnsi="Assistant" w:cs="Assistant"/>
          <w:b w:val="0"/>
          <w:sz w:val="23"/>
          <w:rtl w:val="1"/>
          <w:szCs w:val="23"/>
        </w:rPr>
        <w:t xml:space="preserve">     ◯ ד. כדי לפנות שטח למרעה, לגידולי יצוא ולעץ</w:t>
      </w:r>
    </w:p>
    <w:p>
      <w:pPr>
        <w:bidi w:val="1"/>
        <w:spacing w:after="20"/>
        <w:jc w:val="right"/>
      </w:pPr>
      <w:r>
        <w:rPr>
          <w:rFonts w:ascii="Assistant" w:hAnsi="Assistant" w:cs="Assistant"/>
          <w:b/>
          <w:sz w:val="23"/>
          <w:rtl w:val="1"/>
          <w:bCs/>
          <w:szCs w:val="23"/>
        </w:rPr>
        <w:t>5. איזו תוצאה של ההתחממות הגלובלית אינה נכונה?</w:t>
      </w:r>
    </w:p>
    <w:p>
      <w:pPr>
        <w:bidi w:val="1"/>
        <w:spacing w:after="20"/>
        <w:jc w:val="right"/>
      </w:pPr>
      <w:r>
        <w:rPr>
          <w:rFonts w:ascii="Assistant" w:hAnsi="Assistant" w:cs="Assistant"/>
          <w:b w:val="0"/>
          <w:sz w:val="23"/>
          <w:rtl w:val="1"/>
          <w:szCs w:val="23"/>
        </w:rPr>
        <w:t xml:space="preserve">     ◯ א. גלי חום</w:t>
      </w:r>
    </w:p>
    <w:p>
      <w:pPr>
        <w:bidi w:val="1"/>
        <w:spacing w:after="20"/>
        <w:jc w:val="right"/>
      </w:pPr>
      <w:r>
        <w:rPr>
          <w:rFonts w:ascii="Assistant" w:hAnsi="Assistant" w:cs="Assistant"/>
          <w:b w:val="0"/>
          <w:sz w:val="23"/>
          <w:rtl w:val="1"/>
          <w:szCs w:val="23"/>
        </w:rPr>
        <w:t xml:space="preserve">     ◯ ב. הפשרת קרחונים</w:t>
      </w:r>
    </w:p>
    <w:p>
      <w:pPr>
        <w:bidi w:val="1"/>
        <w:spacing w:after="20"/>
        <w:jc w:val="right"/>
      </w:pPr>
      <w:r>
        <w:rPr>
          <w:rFonts w:ascii="Assistant" w:hAnsi="Assistant" w:cs="Assistant"/>
          <w:b w:val="0"/>
          <w:sz w:val="23"/>
          <w:rtl w:val="1"/>
          <w:szCs w:val="23"/>
        </w:rPr>
        <w:t xml:space="preserve">     ◯ ג. הגדלת שכבת האוזון</w:t>
      </w:r>
    </w:p>
    <w:p>
      <w:pPr>
        <w:bidi w:val="1"/>
        <w:spacing w:after="20"/>
        <w:jc w:val="right"/>
      </w:pPr>
      <w:r>
        <w:rPr>
          <w:rFonts w:ascii="Assistant" w:hAnsi="Assistant" w:cs="Assistant"/>
          <w:b w:val="0"/>
          <w:sz w:val="23"/>
          <w:rtl w:val="1"/>
          <w:szCs w:val="23"/>
        </w:rPr>
        <w:t xml:space="preserve">     ◯ ד. בצורות וסופות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בעיות מקומיות חוזרות על עצמן בערים רבות בעולם.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התחממות גלובלית וחור באוזון הן אותה בעיה בדיוק.</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כריתת יער גשם יכולה לגרום לסחיפת קרקע.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לגלובליזציה אין קשר לבעיות סביבה.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מיינו את הבעיות לשלוש רמות: זיהום נחל ליד העיר, זיהום ים משותף לכמה מדינות, התחממות גלובלית. נמקו.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בנו שרשרת של סיבה ותוצאה: מהמבורגר בצלחת ועד יער גשם שנכרת.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מי צריך לטפל בבעיה גלובלית: כל אדם, כל מדינה או כל העולם יחד? נמקו.</w:t>
      </w:r>
    </w:p>
    <w:p>
      <w:pPr>
        <w:bidi w:val="1"/>
        <w:spacing w:after="20"/>
        <w:jc w:val="right"/>
      </w:pPr>
      <w:r>
        <w:rPr>
          <w:rFonts w:ascii="Assistant" w:hAnsi="Assistant" w:cs="Assistant"/>
          <w:b w:val="0"/>
          <w:color w:val="666666"/>
          <w:sz w:val="21"/>
          <w:rtl w:val="1"/>
          <w:szCs w:val="21"/>
        </w:rPr>
        <w:t>✏️ התחילו כך: לדעתי...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בעיות סביבה בעידן הגלובלי     שם: __________</w:t>
      </w:r>
    </w:p>
    <w:p>
      <w:pPr>
        <w:bidi w:val="1"/>
        <w:spacing w:after="20"/>
        <w:jc w:val="right"/>
      </w:pPr>
      <w:r>
        <w:rPr>
          <w:rFonts w:ascii="Assistant" w:hAnsi="Assistant" w:cs="Assistant"/>
          <w:b w:val="0"/>
          <w:sz w:val="23"/>
          <w:rtl w:val="1"/>
          <w:szCs w:val="23"/>
        </w:rPr>
        <w:t>1. שלוש רמות של בעיות סביבה: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הקשר בין גלובליזציה לכריתת יערות: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בעיה שהייתי רוצה לפתור: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בעיות סביבה בעידן הגלובלי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