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0"/>
        <w:jc w:val="right"/>
        <w:shd w:val="clear" w:color="auto" w:fill="1aa3b8"/>
      </w:pPr>
      <w:r>
        <w:rPr>
          <w:rFonts w:ascii="Assistant" w:hAnsi="Assistant" w:cs="Assistant"/>
          <w:b w:val="0"/>
          <w:color w:val="FFFFFF"/>
          <w:sz w:val="20"/>
          <w:rtl w:val="1"/>
          <w:szCs w:val="20"/>
        </w:rPr>
        <w:t>כפר עולמי · יחידה 2: גלובליזציה מעצימה שינויים · חוברת קטנה</w:t>
      </w:r>
    </w:p>
    <w:p>
      <w:pPr>
        <w:pStyle w:val="Title"/>
        <w:bidi w:val="1"/>
        <w:jc w:val="right"/>
        <w:shd w:val="clear" w:color="auto" w:fill="1aa3b8"/>
      </w:pPr>
      <w:r>
        <w:rPr>
          <w:rFonts w:ascii="Assistant" w:hAnsi="Assistant" w:cs="Assistant"/>
          <w:b/>
          <w:color w:val="FFFFFF"/>
          <w:sz w:val="48"/>
          <w:rtl w:val="1"/>
          <w:bCs/>
          <w:szCs w:val="48"/>
        </w:rPr>
        <w:t xml:space="preserve">  בעיות סביבה בעידן הגלובלי</w:t>
      </w:r>
    </w:p>
    <w:p>
      <w:pPr>
        <w:bidi w:val="1"/>
        <w:spacing w:after="80"/>
        <w:jc w:val="right"/>
        <w:shd w:val="clear" w:color="auto" w:fill="444B5A"/>
      </w:pPr>
      <w:r>
        <w:rPr>
          <w:rFonts w:ascii="Assistant" w:hAnsi="Assistant" w:cs="Assistant"/>
          <w:b/>
          <w:color w:val="FFFFFF"/>
          <w:sz w:val="24"/>
          <w:rtl w:val="1"/>
          <w:bCs/>
          <w:szCs w:val="24"/>
        </w:rPr>
        <w:t xml:space="preserve">  מהדורה למורה · תשובות לשלוש הרמות: 🌱 בסיסי · 🚀 ז׳ רגיל · 🏆 מתקדם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התשובות מופיעות ראשונות. אחריהן: מהלך שיעור מוצע, בידול, משחקים לשיעור ופרטים לוודא.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🌱 תשובות – רמה בסיסית  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1 – התאמה</w:t>
            </w:r>
          </w:p>
        </w:tc>
        <w:tc>
          <w:tcPr>
            <w:tcW w:type="dxa" w:w="2268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בעיה סביבתית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בעיה מקומית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בעיה אזורית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בעיה גלובלית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שכבת האוזון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2 – השלמה</w:t>
            </w:r>
          </w:p>
        </w:tc>
        <w:tc>
          <w:tcPr>
            <w:tcW w:type="dxa" w:w="2268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היער באגן נהר האמזונס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יער גשם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עשן מארובה של תחנת כוח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גזי חממה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יותר גלי חום ובצורות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התחממות גלובלית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402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ב׳ – שאלה</w:t>
            </w:r>
          </w:p>
        </w:tc>
        <w:tc>
          <w:tcPr>
            <w:tcW w:type="dxa" w:w="2551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3685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איזו בעיה היא מקומית?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רעש של כביש ליד הבית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הרעש פוגע בעיקר בתושבי המקום.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מה גורם להתחממות כדור הארץ?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גזים שיוצאים כששורפים דלק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הגזים עוטפים את כדור הארץ ושומרים את החום.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מה קורה כשכורתים יער?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הגשם סוחף את האדמה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בלי שורשים האדמה לא נשארת במקום.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מה מגינה עלינו שכבת האוזון?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מקרינה מסוכנת של השמש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השכבה מסננת קרינה שמזיקה לעור.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איזו בעיה פוגעת בכל העולם?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התחממות גלובלית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ההתחממות משפיעה על כל כדור הארץ.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969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 / לא נכון</w:t>
            </w:r>
          </w:p>
        </w:tc>
        <w:tc>
          <w:tcPr>
            <w:tcW w:type="dxa" w:w="1417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4252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 / תיקון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נחל מזוהם ליד היישוב הוא בעיה מקומית.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 – הוא פוגע בעיקר בתושבי המקום.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יערות גשם לא חשובים לכדור הארץ.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יערות גשם חשובים מאוד: הם בית להמון בעלי חיים וקולטים גזים.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בגלל ההתחממות יש יותר גלי חום.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 – וגם בצורות וסופות.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מה שקונים בישראל לא יכול להשפיע על יער רחוק.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מוצרים שאנחנו קונים יכולים להגיע מאדמה שהייתה יער.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3969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ג׳ – שאלה</w:t>
            </w:r>
          </w:p>
        </w:tc>
        <w:tc>
          <w:tcPr>
            <w:tcW w:type="dxa" w:w="5669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 לדוגמה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כתבו בעיית סביבה אחת שאתם רואים ליד הבית או בית הספר.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ליד הבית שלי יש פח שתמיד מלא, והזבל עף לגינה.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כתבו דבר אחד שאתם יכולים לעשות כדי לעזור לסביבה.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אני יכולה ללכת ברגל לבית הספר במקום לנסוע ברכב, ולכבות אור כשאני יוצאת מהחדר.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0"/>
          <w:rtl w:val="1"/>
          <w:szCs w:val="20"/>
        </w:rPr>
        <w:t>כרטיס יציאה: בעיה מקומית: ... בעיה גלובלית: ... · גזי חממה הם... · מה אעשה השבוע למען הסביבה? — מצופה תשובה קצרה שמשתמשת במושג אחד לפחות.</w:t>
      </w:r>
    </w:p>
    <w:p>
      <w:pPr>
        <w:pStyle w:val="Heading1"/>
        <w:bidi w:val="1"/>
        <w:spacing w:before="200"/>
        <w:jc w:val="right"/>
        <w:shd w:val="clear" w:color="auto" w:fill="2f6fde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🚀 תשובות – רמת ז׳ רגילה  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1 – התאמה</w:t>
            </w:r>
          </w:p>
        </w:tc>
        <w:tc>
          <w:tcPr>
            <w:tcW w:type="dxa" w:w="2268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בעיה סביבתית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בעיה מקומית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ו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בעיה אזורית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בעיה גלובלית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שכבת האוזון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6. התחממות גלובלית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2 – השלמה</w:t>
            </w:r>
          </w:p>
        </w:tc>
        <w:tc>
          <w:tcPr>
            <w:tcW w:type="dxa" w:w="2268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היער באגן נהר האמזונס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יער גשם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עשן מארובה של תחנת כוח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גזי חממה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יותר גלי חום ובצורות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התחממות גלובלית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חור שנוצר בשכבה מעל הקוטב הדרומי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שכבת האוזון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402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ב׳ – שאלה</w:t>
            </w:r>
          </w:p>
        </w:tc>
        <w:tc>
          <w:tcPr>
            <w:tcW w:type="dxa" w:w="2551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3685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מה ההבדל בין בעיה אזורית לבעיה גלובלית?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אזורית משפיעה על אזור או כמה מדינות; גלובלית – על כל כדור הארץ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ההבדל הוא בגודל השטח שנפגע.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מה פגע בשכבת האוזון?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גזים שהיו בשימוש במקררים ובתרסיסים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גזים מסוימים פירקו את האוזון באטמוספרה.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כיצד גזי חממה מחממים את כדור הארץ?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הם עוטפים את כדור הארץ ומונעים מחום להשתחרר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כמו שמיכה, הם ״כולאים״ את החום.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מדוע כורתים יערות גשם?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כדי לפנות שטח למרעה, לגידולי יצוא ולעץ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הביקוש העולמי למוצרים מוביל לכריתה.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איזו תוצאה של ההתחממות הגלובלית אינה נכונה?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הגדלת שכבת האוזון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האוזון ופליטת גזי חממה הן שתי בעיות שונות.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969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 / לא נכון</w:t>
            </w:r>
          </w:p>
        </w:tc>
        <w:tc>
          <w:tcPr>
            <w:tcW w:type="dxa" w:w="1417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4252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 / תיקון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בעיות מקומיות חוזרות על עצמן בערים רבות בעולם.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 – כי בכל מקום הערים מתרחבות ויש יותר מכוניות.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התחממות גלובלית וחור באוזון הן אותה בעיה בדיוק.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אלה בעיות שונות: האוזון קשור לקרינה, וההתחממות לגזי חממה.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כריתת יער גשם יכולה לגרום לסחיפת קרקע.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 – בלי עצים הגשם העז סוחף את הקרקע.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לגלובליזציה אין קשר לבעיות סביבה.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יותר ייצור, צריכה ותחבורה מגבירים את הלחץ על הסביבה.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3969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ג׳ – שאלה</w:t>
            </w:r>
          </w:p>
        </w:tc>
        <w:tc>
          <w:tcPr>
            <w:tcW w:type="dxa" w:w="5669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 לדוגמה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מיינו את הבעיות לשלוש רמות: זיהום נחל ליד העיר, זיהום ים משותף לכמה מדינות, התחממות גלובלית. נמקו.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מקומית: זיהום הנחל – פוגע בתושבי העיר. אזורית: זיהום הים – פוגע בכמה מדינות שחולקות אותו. גלובלית: ההתחממות – משפיעה על כל כדור הארץ.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בנו שרשרת של סיבה ותוצאה: מהמבורגר בצלחת ועד יער גשם שנכרת.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ביקוש עולמי לבשר ← צורך בשטחי מרעה ← כריתת יער גשם ← קרקע חשופה נסחפת ← פחות עצים קולטים פחמן דו-חמצני ← התחממות גדלה.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מי צריך לטפל בבעיה גלובלית: כל אדם, כל מדינה או כל העולם יחד? נמקו.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לדעתי כולם יחד: מדינה אחת לבד לא תעצור את ההתחממות, אבל גם החלטות של כל אדם – צריכה, תחבורה וחיסכון באנרגיה – מצטרפות לשינוי גדול.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0"/>
          <w:rtl w:val="1"/>
          <w:szCs w:val="20"/>
        </w:rPr>
        <w:t>כרטיס יציאה: שלוש רמות של בעיות סביבה: ... · הקשר בין גלובליזציה לכריתת יערות: ... · בעיה שהייתי רוצה לפתור: ... — מצופה תשובה קצרה שמשתמשת במושג אחד לפחות.</w:t>
      </w:r>
    </w:p>
    <w:p>
      <w:pPr>
        <w:pStyle w:val="Heading1"/>
        <w:bidi w:val="1"/>
        <w:spacing w:before="200"/>
        <w:jc w:val="right"/>
        <w:shd w:val="clear" w:color="auto" w:fill="8b3fd1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🏆 תשובות – רמה מתקדמת  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1 – התאמה</w:t>
            </w:r>
          </w:p>
        </w:tc>
        <w:tc>
          <w:tcPr>
            <w:tcW w:type="dxa" w:w="2268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בעיה סביבתית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בעיה מקומית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ז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בעיה אזורית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בעיה גלובלית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שכבת האוזון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6. התחממות גלובלית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ח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7. גזי חממה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ו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8. יער גשם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2 – השלמה</w:t>
            </w:r>
          </w:p>
        </w:tc>
        <w:tc>
          <w:tcPr>
            <w:tcW w:type="dxa" w:w="2268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היער באגן נהר האמזונס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יער גשם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עשן מארובה של תחנת כוח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גזי חממה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יותר גלי חום ובצורות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התחממות גלובלית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חור שנוצר בשכבה מעל הקוטב הדרומי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שכבת האוזון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402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ב׳ – שאלה</w:t>
            </w:r>
          </w:p>
        </w:tc>
        <w:tc>
          <w:tcPr>
            <w:tcW w:type="dxa" w:w="2551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3685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מה מלמד מקרה האוזון על בעיות גלובליות?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שהסכם בינלאומי ופעולה משותפת יכולים להוביל להתאוששות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הפסקת השימוש בגזים המזיקים הביאה לשיקום הדרגתי.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מדוע ״אפקט החממה״ אינו רע מיסודו?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כי הוא תהליך טבעי שבלעדיו כדור הארץ היה קר מדי לחיים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הבעיה היא ההגברה שלו בידי האדם.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מדוע הקרקע ביער גשם נשטפת מהר אחרי כריתה?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כי היא דלה, והגשמים העזים סוחפים אותה כשאין צמחייה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רוב המזינים ביער נמצאים בצמחייה, לא בקרקע.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מה מאפיין בעיה גלובלית מבחינת צדק?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גם מי שכמעט אינו תורם לה נפגע ממנה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ההשפעה מתפשטת ללא קשר לתרומה לבעיה.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איזו חוליה חסרה בשרשרת: ביקוש עולמי ← ___ ← סחיפת קרקע?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כריתת יער לצורכי מרעה וגידולים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הכריתה היא הקשר בין הביקוש לבין הנזק בשטח.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969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 / לא נכון</w:t>
            </w:r>
          </w:p>
        </w:tc>
        <w:tc>
          <w:tcPr>
            <w:tcW w:type="dxa" w:w="1417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4252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 / תיקון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החור באוזון נוצר בעיקר מעל אנטארקטיקה.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 – הוא חור עונתי מעל הקוטב הדרומי.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נהר בינלאומי מזוהם הוא דוגמה לבעיה אזורית.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 – הוא חוצה גבולות ופוגע בכמה מדינות.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קרקע של יער גשם עשירה מאוד, ולכן מתאימה לחקלאות לאורך שנים רבות.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הקרקע דלה, ואחרי הכריתה היא מאבדת מהר את פורייותה.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פתרון בעיה גלובלית אפשרי רק ברמה האישית.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נדרשת פעולה ברמות רבות: אישית, מקומית, לאומית ובינלאומית.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3969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ג׳ – שאלה</w:t>
            </w:r>
          </w:p>
        </w:tc>
        <w:tc>
          <w:tcPr>
            <w:tcW w:type="dxa" w:w="5669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 לדוגמה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השוו בין בעיית האוזון לבעיית ההתחממות: גורמים, תוצאות ומידת ההצלחה בטיפול. מה מסביר את ההבדל?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אוזון: גזים ממוצרים מסוימים, קרינה מזיקה; הוחלפו בתחליפים, והשכבה מתאוששת. התחממות: שריפת דלקים בכל תחומי הכלכלה, פגיעה באקלים; הטיפול קשה יותר כי הדלקים בבסיס התחבורה והאנרגיה, וההחלפה יקרה ואיטית.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הציגו את כריתת יער הגשם מנקודות המבט של חקלאי מקומי, של קהילה ילידית ושל צרכן במדינה רחוקה.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החקלאי: צריך אדמה לפרנסה ולהאכלת משפחתו. הקהילה הילידית: היער הוא ביתה, מקור מזון ותרבות. הצרכן: נהנה ממוצרים זולים, אך יכול לבחור מוצרים שאינם קשורים לכריתה. פתרון צריך לתת לחקלאי פרנסה בלי להרוס את היער.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״מה שאני קונה הוא עניין פרטי שלי.״ נתחו את הטענה לאור הקשר בין גלובליזציה לבעיות סביבה.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הטענה חלקית: הקנייה היא החלטה פרטית, אבל בעולם גלובלי היא חוליה בשרשרת שמשפיעה על משאבים, פליטות ונופים רחוקים. מכאן שלצריכה יש השלכות ציבוריות וסביבתיות.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🏆 אתגר: בחרו בעיה סביבתית אחת ביישובכם. מפו אותה בשלוש רמות (מקומית, אזורית, גלובלית), זהו את הגורמים ואת הנפגעים, והציעו תוכנית פעולה עם צעד אישי, צעד בית-ספרי וצעד עירוני.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דוגמה: פקקים בכניסה לעיר. מקומית – רעש וזיהום אוויר; אזורית – זמן נסיעה ארוך ופליטות במטרופולין; גלובלית – תרומה לגזי החממה. נפגעים: תושבים ליד הכביש, ילדים, נהגים. תוכנית: אישי – ללכת או לרכוב לבית הספר; בית-ספרי – ״אוטובוס הולכי רגל״ מאורגן; עירוני – שבילי אופניים ותחבורה ציבורית תכופה.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0"/>
          <w:rtl w:val="1"/>
          <w:szCs w:val="20"/>
        </w:rPr>
        <w:t>כרטיס יציאה: ההבדל בין בעיית האוזון להתחממות במשפט: ... · חוליה אחת בשרשרת יער הגשם שמפתיעה אותי: ... · איזו רמת פתרון חשובה ביותר לדעתי, ולמה? — מצופה תשובה קצרה שמשתמשת במושג אחד לפחות.</w:t>
      </w:r>
    </w:p>
    <w:p>
      <w:pPr>
        <w:pStyle w:val="Heading1"/>
        <w:bidi w:val="1"/>
        <w:spacing w:before="200"/>
        <w:jc w:val="right"/>
        <w:shd w:val="clear" w:color="auto" w:fill="1aa3b8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🧭 מהלך שיעור מוצע (45 דקות)  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פתיחה (5 דק׳): משחק "איש תלוי" על אחד המושגים באתר, על הלוח הכיתתי.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מושגים וקריאה (15 דק׳): כל תלמיד/ה בחוברת ברמה המתאימה; קוראים בזוגות ומסמנים מושגים.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חלקים א׳–ב׳ (12 דק׳): עבודה עצמית ובדיקה בזוגות.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חלק ג׳ או "חידון מהיר" (10 דק׳): שיחה על שאלה פתוחה, או חידון כיתתי בקבוצות.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סיום (3 דק׳): כרטיס יציאה ✂.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בידול: 🌱 משפטים קצרים, מחסן מילים ומשפטי פתיחה · 🚀 קטע ארוך יותר ושלוש שאלות חשיבה · 🏆 קטע עשיר, השלמה בלי מחסן מילים ואתגר חוקרים. כל הרמות עובדות על אותם מושגים.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משחקים לשיעור: חידון מהיר (גם במצב לוח כיתתי), איש תלוי, טריוויה ב־3 רמות, התאמת מושגים, זיכרון ומרוץ נכון/לא נכון – https://geo-z-chovrot-tiny.sites.tab.bot/</w:t>
      </w:r>
    </w:p>
    <w:p>
      <w:pPr>
        <w:pStyle w:val="Heading1"/>
        <w:bidi w:val="1"/>
        <w:spacing w:before="200"/>
        <w:jc w:val="right"/>
        <w:shd w:val="clear" w:color="auto" w:fill="E0475B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🔎 לוודא לפני השיעור  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השכבה צפויה להתאושש בתוך כמה עשורים (הערכה: עד אמצע המאה)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התחממות של כ-1.2–1.3 מעלות מאז התקופה הטרום-תעשייתית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כמחצית מהחמצן מקורו באוקיינוסים (הערכה)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כמחצית ממיני היבשה חיים ביערות גשם (הערכה)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מיליוני מינים ביערות הגשם (הערכה)</w:t>
      </w:r>
    </w:p>
    <w:sectPr w:rsidR="00FC693F" w:rsidRPr="0006063C" w:rsidSect="00034616">
      <w:footerReference w:type="default" r:id="rId9"/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ssistant" w:hAnsi="Assistant" w:cs="Assistant"/>
        <w:b w:val="0"/>
        <w:color w:val="777777"/>
        <w:sz w:val="18"/>
        <w:rtl w:val="1"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ssistant" w:hAnsi="Assistant" w:cs="Assistant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בעיות סביבה בעידן הגלובלי – מהדורה למורה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